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Elektros darbų užsakymo forma</w:t>
      </w:r>
    </w:p>
    <w:p>
      <w:r>
        <w:t>Pagalbinis pavyzdys. Prieš naudojant pritaikykite konkrečiam darbui ir galiojantiems reikalavimams.</w:t>
      </w:r>
    </w:p>
    <w:p>
      <w:r>
        <w:t>Užsakovas:  ______________________________________</w:t>
      </w:r>
    </w:p>
    <w:p>
      <w:r>
        <w:t>Rangovas / specialistas:  ______________________________________</w:t>
      </w:r>
    </w:p>
    <w:p>
      <w:r>
        <w:t>Objekto adresas:  ______________________________________</w:t>
      </w:r>
    </w:p>
    <w:p>
      <w:r>
        <w:t>Data:  ______________________________________</w:t>
      </w:r>
    </w:p>
    <w:p>
      <w:r>
        <w:t>Kontaktai:  ______________________________________</w:t>
      </w:r>
    </w:p>
    <w:p>
      <w:pPr>
        <w:pStyle w:val="Heading2"/>
      </w:pPr>
      <w:r>
        <w:t>Darbų aprašymas</w:t>
      </w:r>
    </w:p>
    <w:p>
      <w:r>
        <w:t>☐ Pageidaujami darbai / apimtis</w:t>
      </w:r>
    </w:p>
    <w:p>
      <w:r>
        <w:t>☐ Esama instaliacijos būklė aptarta</w:t>
      </w:r>
    </w:p>
    <w:p>
      <w:r>
        <w:t>☐ Medžiagas tiekia užsakovas / rangovas</w:t>
      </w:r>
    </w:p>
    <w:p>
      <w:r>
        <w:t>☐ Numatytas terminas ir kaina suderinti</w:t>
      </w:r>
    </w:p>
    <w:p>
      <w:r>
        <w:t>Pastabos: ___________________________________________________________</w:t>
      </w:r>
    </w:p>
    <w:p>
      <w:r>
        <w:t>Parašai / data: _______________________________________________________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ELEKTRIKAI.EU  |  NEOFICIALUS DARBO ŠABLONAS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