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Elektros gedimo registravimo lapas</w:t>
      </w:r>
    </w:p>
    <w:p>
      <w:r>
        <w:t>Pagalbinis pavyzdys. Prieš naudojant pritaikykite konkrečiam darbui ir galiojantiems reikalavimams.</w:t>
      </w:r>
    </w:p>
    <w:p>
      <w:r>
        <w:t>Objektas:  ______________________________________</w:t>
      </w:r>
    </w:p>
    <w:p>
      <w:r>
        <w:t>Data ir laikas:  ______________________________________</w:t>
      </w:r>
    </w:p>
    <w:p>
      <w:r>
        <w:t>Pranešėjas:  ______________________________________</w:t>
      </w:r>
    </w:p>
    <w:p>
      <w:r>
        <w:t>Specialistas:  ______________________________________</w:t>
      </w:r>
    </w:p>
    <w:p>
      <w:pPr>
        <w:pStyle w:val="Heading2"/>
      </w:pPr>
      <w:r>
        <w:t>Gedimo eiga</w:t>
      </w:r>
    </w:p>
    <w:p>
      <w:r>
        <w:t>☐ Gedimo požymiai užrašyti</w:t>
      </w:r>
    </w:p>
    <w:p>
      <w:r>
        <w:t>☐ Grandinė saugiai atjungta pagal procedūrą</w:t>
      </w:r>
    </w:p>
    <w:p>
      <w:r>
        <w:t>☐ Diagnostikos rezultatai užrašyti</w:t>
      </w:r>
    </w:p>
    <w:p>
      <w:r>
        <w:t>☐ Atlikti veiksmai ir panaudotos dalys užrašyti</w:t>
      </w:r>
    </w:p>
    <w:p>
      <w:r>
        <w:t>☐ Pakartotinės patikros rezultatai užrašyti</w:t>
      </w:r>
    </w:p>
    <w:p>
      <w:r>
        <w:t>Pastabos: ___________________________________________________________</w:t>
      </w:r>
    </w:p>
    <w:p>
      <w:r>
        <w:t>Parašai / data: _______________________________________________________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ELEKTRIKAI.EU  |  NEOFICIALUS DARBO ŠABLONAS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